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92240" cy="84124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tGPT Image Jun 10, 2026, 12_33_50 P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41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40"/>
        </w:rPr>
        <w:t>SPARKLE™ Daily Journal - 31-Day Edition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18"/>
        </w:rPr>
        <w:t>Coming Home to the Light That Is Already Yours - One Small Spark at a Time</w:t>
      </w:r>
    </w:p>
    <w:p>
      <w:pPr>
        <w:spacing w:after="80"/>
        <w:jc w:val="center"/>
      </w:pPr>
      <w:r>
        <w:rPr>
          <w:rFonts w:ascii="DejaVu Sans" w:hAnsi="DejaVu Sans"/>
          <w:b/>
          <w:color w:val="7B42C3"/>
          <w:sz w:val="30"/>
        </w:rPr>
        <w:t>My Personal Journey to Sparkle Recovery</w:t>
      </w:r>
    </w:p>
    <w:p>
      <w:pPr>
        <w:spacing w:after="0"/>
      </w:pPr>
      <w:r>
        <w:rPr>
          <w:rFonts w:ascii="DejaVu Sans" w:hAnsi="DejaVu Sans"/>
          <w:b w:val="0"/>
          <w:sz w:val="20"/>
        </w:rPr>
        <w:t>This journal belongs to: 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sz w:val="20"/>
        </w:rPr>
        <w:t>Started on: ___________________________</w:t>
      </w:r>
    </w:p>
    <w:p>
      <w:pPr>
        <w:spacing w:after="80"/>
        <w:jc w:val="center"/>
      </w:pPr>
      <w:r>
        <w:rPr>
          <w:rFonts w:ascii="DejaVu Sans" w:hAnsi="DejaVu Sans"/>
          <w:b/>
          <w:sz w:val="20"/>
        </w:rPr>
        <w:t>SPARKLE™ is not about becoming brighter for the world. It is about coming home to the light that is already yours - one small spark at a time.</w:t>
      </w:r>
    </w:p>
    <w:p>
      <w:pPr>
        <w:spacing w:after="0"/>
      </w:pPr>
      <w:r>
        <w:rPr>
          <w:rFonts w:ascii="DejaVu Sans" w:hAnsi="DejaVu Sans"/>
          <w:b/>
          <w:color w:val="D93A8A"/>
          <w:sz w:val="24"/>
        </w:rPr>
        <w:t>✨ Sparkle Poem</w:t>
      </w:r>
    </w:p>
    <w:p>
      <w:pPr>
        <w:spacing w:after="0"/>
      </w:pPr>
      <w:r>
        <w:rPr>
          <w:rFonts w:ascii="DejaVu Sans" w:hAnsi="DejaVu Sans"/>
          <w:b w:val="0"/>
          <w:sz w:val="18"/>
        </w:rPr>
        <w:t>💛 S - Safety in my body, I return to my flame.</w:t>
      </w:r>
    </w:p>
    <w:p>
      <w:pPr>
        <w:spacing w:after="0"/>
      </w:pPr>
      <w:r>
        <w:rPr>
          <w:rFonts w:ascii="DejaVu Sans" w:hAnsi="DejaVu Sans"/>
          <w:b w:val="0"/>
          <w:sz w:val="18"/>
        </w:rPr>
        <w:t>💙 P - Play is my language, not silence or shame.</w:t>
      </w:r>
    </w:p>
    <w:p>
      <w:pPr>
        <w:spacing w:after="0"/>
      </w:pPr>
      <w:r>
        <w:rPr>
          <w:rFonts w:ascii="DejaVu Sans" w:hAnsi="DejaVu Sans"/>
          <w:b w:val="0"/>
          <w:sz w:val="18"/>
        </w:rPr>
        <w:t>💜 A - Alive in my colors, I dare to be bold.</w:t>
      </w:r>
    </w:p>
    <w:p>
      <w:pPr>
        <w:spacing w:after="0"/>
      </w:pPr>
      <w:r>
        <w:rPr>
          <w:rFonts w:ascii="DejaVu Sans" w:hAnsi="DejaVu Sans"/>
          <w:b w:val="0"/>
          <w:sz w:val="18"/>
        </w:rPr>
        <w:t>🔥 R - Rebellion in radiance, my story retold.</w:t>
      </w:r>
    </w:p>
    <w:p>
      <w:pPr>
        <w:spacing w:after="0"/>
      </w:pPr>
      <w:r>
        <w:rPr>
          <w:rFonts w:ascii="DejaVu Sans" w:hAnsi="DejaVu Sans"/>
          <w:b w:val="0"/>
          <w:sz w:val="18"/>
        </w:rPr>
        <w:t>🌸 K - Kindness to self is the crown that I wear.</w:t>
      </w:r>
    </w:p>
    <w:p>
      <w:pPr>
        <w:spacing w:after="0"/>
      </w:pPr>
      <w:r>
        <w:rPr>
          <w:rFonts w:ascii="DejaVu Sans" w:hAnsi="DejaVu Sans"/>
          <w:b w:val="0"/>
          <w:sz w:val="18"/>
        </w:rPr>
        <w:t>🌟 L - Light in the shadows says joy still lives there.</w:t>
      </w:r>
    </w:p>
    <w:p>
      <w:pPr>
        <w:spacing w:after="0"/>
      </w:pPr>
      <w:r>
        <w:rPr>
          <w:rFonts w:ascii="DejaVu Sans" w:hAnsi="DejaVu Sans"/>
          <w:b w:val="0"/>
          <w:sz w:val="18"/>
        </w:rPr>
        <w:t>💖 E - Every spark I choose is sovereignty mine -</w:t>
      </w:r>
    </w:p>
    <w:p>
      <w:pPr>
        <w:spacing w:after="0"/>
      </w:pPr>
      <w:r>
        <w:rPr>
          <w:rFonts w:ascii="DejaVu Sans" w:hAnsi="DejaVu Sans"/>
          <w:b w:val="0"/>
          <w:sz w:val="18"/>
        </w:rPr>
        <w:t>✨ I sparkle because I want to, and that is divine.</w:t>
      </w:r>
    </w:p>
    <w:p>
      <w:pPr>
        <w:spacing w:after="0"/>
      </w:pPr>
      <w:r>
        <w:rPr>
          <w:rFonts w:ascii="DejaVu Sans" w:hAnsi="DejaVu Sans"/>
          <w:b/>
          <w:color w:val="7B42C3"/>
          <w:sz w:val="22"/>
        </w:rPr>
        <w:t>✨ Sparkle Saying</w:t>
      </w:r>
    </w:p>
    <w:p>
      <w:pPr>
        <w:spacing w:after="0"/>
      </w:pPr>
      <w:r>
        <w:rPr>
          <w:rFonts w:ascii="DejaVu Sans" w:hAnsi="DejaVu Sans"/>
          <w:b w:val="0"/>
          <w:sz w:val="20"/>
        </w:rPr>
        <w:t>“My sparkle is sovereign. My aliveness is mine.”</w:t>
      </w:r>
    </w:p>
    <w:p>
      <w:pPr>
        <w:spacing w:after="0"/>
      </w:pPr>
      <w:r>
        <w:rPr>
          <w:rFonts w:ascii="DejaVu Sans" w:hAnsi="DejaVu Sans"/>
          <w:b/>
          <w:color w:val="D93A8A"/>
          <w:sz w:val="22"/>
        </w:rPr>
        <w:t>How to Use This Journal</w:t>
      </w:r>
    </w:p>
    <w:p>
      <w:pPr>
        <w:spacing w:after="0"/>
      </w:pPr>
      <w:r>
        <w:rPr>
          <w:rFonts w:ascii="DejaVu Sans" w:hAnsi="DejaVu Sans"/>
          <w:b w:val="0"/>
          <w:sz w:val="17"/>
        </w:rPr>
        <w:t>Use this journal after watching a Daily SPARKLE™ Sprinkle, at the end of the day, or anytime you want to notice one small moment of aliveness.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✨ Notice one Sparkle Moment.  ✨ Name what you felt.  ✨ Write why it mattered.  ✨ Catch what you almost missed.  ✨ Carry one spark forward.</w:t>
      </w:r>
    </w:p>
    <w:p>
      <w:pPr>
        <w:spacing w:after="0"/>
      </w:pPr>
      <w:r>
        <w:rPr>
          <w:rFonts w:ascii="DejaVu Sans" w:hAnsi="DejaVu Sans"/>
          <w:b w:val="0"/>
          <w:color w:val="2E9FA7"/>
          <w:sz w:val="16"/>
        </w:rPr>
        <w:t>Daily SPARKLE™ Sprinkles: myMentalHealthMastery.com/daily-sparkle-sprinkles/</w:t>
      </w:r>
    </w:p>
    <w:p>
      <w:pPr>
        <w:spacing w:after="0"/>
      </w:pPr>
      <w:r>
        <w:rPr>
          <w:rFonts w:ascii="DejaVu Sans" w:hAnsi="DejaVu Sans"/>
          <w:b w:val="0"/>
          <w:color w:val="2E9FA7"/>
          <w:sz w:val="16"/>
        </w:rPr>
        <w:t>The SPARKLE™ Light Room: myMentalHealthMastery.com/light-room/</w:t>
      </w:r>
    </w:p>
    <w:p>
      <w:pPr>
        <w:spacing w:after="0"/>
      </w:pPr>
      <w:r>
        <w:rPr>
          <w:rFonts w:ascii="DejaVu Sans" w:hAnsi="DejaVu Sans"/>
          <w:b w:val="0"/>
          <w:sz w:val="14"/>
        </w:rPr>
        <w:t>© 2026 myMentalHealthMastery. All rights reserved. Licensed for personal use only. No copying, adaptation, resale, redistribution, or commercial use without prior written permission.</w:t>
      </w:r>
    </w:p>
    <w:p>
      <w:r>
        <w:br w:type="page"/>
      </w:r>
    </w:p>
    <w:p>
      <w:pPr>
        <w:spacing w:after="200"/>
        <w:jc w:val="center"/>
      </w:pPr>
      <w:r>
        <w:rPr>
          <w:rFonts w:ascii="DejaVu Sans" w:hAnsi="DejaVu Sans"/>
          <w:b/>
          <w:color w:val="D93A8A"/>
          <w:sz w:val="40"/>
        </w:rPr>
        <w:t>Week 1: Coming Back to Yourself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2"/>
        </w:rPr>
        <w:t>Begin gently. Start small. Notice the tiny signs that you are still here.</w:t>
      </w:r>
    </w:p>
    <w:p>
      <w:pPr>
        <w:spacing w:after="0"/>
        <w:jc w:val="center"/>
      </w:pPr>
      <w:r>
        <w:rPr>
          <w:rFonts w:ascii="DejaVu Sans" w:hAnsi="DejaVu Sans"/>
          <w:b/>
          <w:color w:val="C98B2B"/>
          <w:sz w:val="26"/>
        </w:rPr>
        <w:t>Days 1-7</w:t>
      </w:r>
    </w:p>
    <w:p>
      <w:pPr>
        <w:spacing w:after="0"/>
        <w:jc w:val="center"/>
      </w:pPr>
      <w:r>
        <w:rPr>
          <w:rFonts w:ascii="DejaVu Sans" w:hAnsi="DejaVu Sans"/>
          <w:b w:val="0"/>
          <w:sz w:val="18"/>
        </w:rPr>
        <w:t>Watch the matching Daily SPARKLE™ Sprinkle, then use the page that follows.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2E9FA7"/>
          <w:sz w:val="16"/>
        </w:rPr>
        <w:t>myMentalHealthMastery.com/daily-sparkle-sprinkles/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1: One Small Spark Counts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1: Coming Back to Yourself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Start small.</w:t>
            </w:r>
            <w:r>
              <w:rPr>
                <w:b/>
              </w:rPr>
              <w:br/>
              <w:t xml:space="preserve">Try This: </w:t>
            </w:r>
            <w:r>
              <w:t>Choose one small thing today that feels like a little return to yourself.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made me feel even a little more like myself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2: Your SPARKLE™ Is Still There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1: Coming Back to Yourself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Quiet is not the same as lost.</w:t>
            </w:r>
            <w:r>
              <w:rPr>
                <w:b/>
              </w:rPr>
              <w:br/>
              <w:t xml:space="preserve">Try This: </w:t>
            </w:r>
            <w:r>
              <w:t>Notice one tiny sign of yourself today.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tiny sign reminded me that I am still in here?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3: You Do Not Have to Force Joy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1: Coming Back to Yourself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Joy does not need pressure to return.</w:t>
            </w:r>
            <w:r>
              <w:rPr>
                <w:b/>
              </w:rPr>
              <w:br/>
              <w:t xml:space="preserve">Try This: </w:t>
            </w:r>
            <w:r>
              <w:t>Let one small pleasant thing land today without needing it to fix your whole mood.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small good thing reached me today, even briefly?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4: Slow Return Counts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1: Coming Back to Yourself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A soft flicker is still a sign of return.</w:t>
            </w:r>
            <w:r>
              <w:rPr>
                <w:b/>
              </w:rPr>
              <w:br/>
              <w:t xml:space="preserve">Try This: </w:t>
            </w:r>
            <w:r>
              <w:t>Notice one small flicker today - interest, warmth, softness, laughter, curiosity, or color.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Where did I notice even the smallest flicker of aliveness?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5: Recognize What Still Feels Like You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1: Coming Back to Yourself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Self-return can begin with recognition.</w:t>
            </w:r>
            <w:r>
              <w:rPr>
                <w:b/>
              </w:rPr>
              <w:br/>
              <w:t xml:space="preserve">Try This: </w:t>
            </w:r>
            <w:r>
              <w:t>Choose one thing today that feels like you: a song, scent, color, outfit, phrase, place, texture, or small habit.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still feels like me, even if it feels small?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6: Let Beauty Be for You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1: Coming Back to Yourself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Beauty can be remembrance, not performance.</w:t>
            </w:r>
            <w:r>
              <w:rPr>
                <w:b/>
              </w:rPr>
              <w:br/>
              <w:t xml:space="preserve">Try This: </w:t>
            </w:r>
            <w:r>
              <w:t>Add one small beauty cue today just for yourself.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small beauty cue felt like it was truly for me?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7: Come Back Gently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1: Coming Back to Yourself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You are allowed to return at a pace your body can receive.</w:t>
            </w:r>
            <w:r>
              <w:rPr>
                <w:b/>
              </w:rPr>
              <w:br/>
              <w:t xml:space="preserve">Try This: </w:t>
            </w:r>
            <w:r>
              <w:t>Choose the smallest honest spark today - something doable, kind, and true.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is one gentle spark I want to carry into tomorrow?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4"/>
        </w:rPr>
        <w:t>Week 1: Coming Back to Yourself Reflection</w:t>
      </w:r>
    </w:p>
    <w:p>
      <w:pPr>
        <w:spacing w:after="0"/>
        <w:jc w:val="center"/>
      </w:pPr>
      <w:r>
        <w:rPr>
          <w:rFonts w:ascii="DejaVu Sans" w:hAnsi="DejaVu Sans"/>
          <w:b w:val="0"/>
          <w:sz w:val="20"/>
        </w:rPr>
        <w:t>Look back gently. Notice what lit up.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This week, I felt a little more alive when...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The small spark I almost missed was...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The body feeling I noticed most was...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One sparkle moment I want to keep is...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Next week,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My weekly Sparkle Sentence: This week I remembered...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2E9FA7"/>
          <w:sz w:val="15"/>
        </w:rPr>
        <w:t>✨ Keep your spark going: myMentalHealthMastery.com/daily-sparkle-sprinkles/ | myMentalHealthMastery.com/light-room/</w:t>
      </w:r>
    </w:p>
    <w:p>
      <w:r>
        <w:br w:type="page"/>
      </w:r>
    </w:p>
    <w:p>
      <w:pPr>
        <w:spacing w:after="200"/>
        <w:jc w:val="center"/>
      </w:pPr>
      <w:r>
        <w:rPr>
          <w:rFonts w:ascii="DejaVu Sans" w:hAnsi="DejaVu Sans"/>
          <w:b/>
          <w:color w:val="D93A8A"/>
          <w:sz w:val="40"/>
        </w:rPr>
        <w:t>Week 2: Tiny Sparks of Joy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2"/>
        </w:rPr>
        <w:t>Let joy return in small ways - not forced, just small moments your body can receive.</w:t>
      </w:r>
    </w:p>
    <w:p>
      <w:pPr>
        <w:spacing w:after="0"/>
        <w:jc w:val="center"/>
      </w:pPr>
      <w:r>
        <w:rPr>
          <w:rFonts w:ascii="DejaVu Sans" w:hAnsi="DejaVu Sans"/>
          <w:b/>
          <w:color w:val="C98B2B"/>
          <w:sz w:val="26"/>
        </w:rPr>
        <w:t>Days 8-14</w:t>
      </w:r>
    </w:p>
    <w:p>
      <w:pPr>
        <w:spacing w:after="0"/>
        <w:jc w:val="center"/>
      </w:pPr>
      <w:r>
        <w:rPr>
          <w:rFonts w:ascii="DejaVu Sans" w:hAnsi="DejaVu Sans"/>
          <w:b w:val="0"/>
          <w:sz w:val="18"/>
        </w:rPr>
        <w:t>Watch the matching Daily SPARKLE™ Sprinkle, then use the page that follows.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2E9FA7"/>
          <w:sz w:val="16"/>
        </w:rPr>
        <w:t>myMentalHealthMastery.com/daily-sparkle-sprinkles/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8: Let One Small Joy Reach You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2: Tiny Sparks of Joy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A small joy still counts.</w:t>
            </w:r>
            <w:r>
              <w:rPr>
                <w:b/>
              </w:rPr>
              <w:br/>
              <w:t xml:space="preserve">Try This: </w:t>
            </w:r>
            <w:r>
              <w:t>Let one small joy reach you today without asking it to change your whole day.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small joy reached me today, even for a moment?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9: One Song Can Shift the Moment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2: Tiny Sparks of Joy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One song can become a doorway.</w:t>
            </w:r>
            <w:r>
              <w:rPr>
                <w:b/>
              </w:rPr>
              <w:br/>
              <w:t xml:space="preserve">Try This: </w:t>
            </w:r>
            <w:r>
              <w:t>Play one song that gives you a little lift, softness, memory, movement, or spark.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did one song help me feel or remember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10: Color Can Lift the Room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2: Tiny Sparks of Joy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Color can be a tiny form of aliveness.</w:t>
            </w:r>
            <w:r>
              <w:rPr>
                <w:b/>
              </w:rPr>
              <w:br/>
              <w:t xml:space="preserve">Try This: </w:t>
            </w:r>
            <w:r>
              <w:t>Add or notice one color today that gives you a little spark.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color gave me a small lift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11: Laughter Counts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2: Tiny Sparks of Joy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Even a small smile can count.</w:t>
            </w:r>
            <w:r>
              <w:rPr>
                <w:b/>
              </w:rPr>
              <w:br/>
              <w:t xml:space="preserve">Try This: </w:t>
            </w:r>
            <w:r>
              <w:t>Notice one thing that makes you smile, laugh, or soften.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made me smile, laugh, or soften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12: A Tiny Treat Can Be Tender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2: Tiny Sparks of Joy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A tiny treat can be a small act of tenderness.</w:t>
            </w:r>
            <w:r>
              <w:rPr>
                <w:b/>
              </w:rPr>
              <w:br/>
              <w:t xml:space="preserve">Try This: </w:t>
            </w:r>
            <w:r>
              <w:t>Choose one tiny treat today that feels kind, simple, and yours.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small treat felt kind to me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13: Let Light Touch Your Day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2: Tiny Sparks of Joy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Light can help your body remember ease.</w:t>
            </w:r>
            <w:r>
              <w:rPr>
                <w:b/>
              </w:rPr>
              <w:br/>
              <w:t xml:space="preserve">Try This: </w:t>
            </w:r>
            <w:r>
              <w:t>Spend a moment near light today - sunlight, a lamp, shimmer, or a bright space.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Where did light touch my day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14: Joy Can Return in Small Ways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2: Tiny Sparks of Joy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Joy can return as a small yes.</w:t>
            </w:r>
            <w:r>
              <w:rPr>
                <w:b/>
              </w:rPr>
              <w:br/>
              <w:t xml:space="preserve">Try This: </w:t>
            </w:r>
            <w:r>
              <w:t>Notice one small yes today and let it matter.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small yes did I notice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4"/>
        </w:rPr>
        <w:t>Week 2: Tiny Sparks of Joy Reflection</w:t>
      </w:r>
    </w:p>
    <w:p>
      <w:pPr>
        <w:spacing w:after="0"/>
        <w:jc w:val="center"/>
      </w:pPr>
      <w:r>
        <w:rPr>
          <w:rFonts w:ascii="DejaVu Sans" w:hAnsi="DejaVu Sans"/>
          <w:b w:val="0"/>
          <w:sz w:val="20"/>
        </w:rPr>
        <w:t>Look back gently. Notice what lit up.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This week, I felt a little more alive when...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The small spark I almost missed was...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The body feeling I noticed most was...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One sparkle moment I want to keep is...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Next week,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My weekly Sparkle Sentence: This week I remembered...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2E9FA7"/>
          <w:sz w:val="15"/>
        </w:rPr>
        <w:t>✨ Keep your spark going: myMentalHealthMastery.com/daily-sparkle-sprinkles/ | myMentalHealthMastery.com/light-room/</w:t>
      </w:r>
    </w:p>
    <w:p>
      <w:r>
        <w:br w:type="page"/>
      </w:r>
    </w:p>
    <w:p>
      <w:pPr>
        <w:spacing w:after="200"/>
        <w:jc w:val="center"/>
      </w:pPr>
      <w:r>
        <w:rPr>
          <w:rFonts w:ascii="DejaVu Sans" w:hAnsi="DejaVu Sans"/>
          <w:b/>
          <w:color w:val="D93A8A"/>
          <w:sz w:val="40"/>
        </w:rPr>
        <w:t>Week 3: Beauty Without Pressure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2"/>
        </w:rPr>
        <w:t>Let beauty be for you - not performance, not approval, just a gentle return to yourself.</w:t>
      </w:r>
    </w:p>
    <w:p>
      <w:pPr>
        <w:spacing w:after="0"/>
        <w:jc w:val="center"/>
      </w:pPr>
      <w:r>
        <w:rPr>
          <w:rFonts w:ascii="DejaVu Sans" w:hAnsi="DejaVu Sans"/>
          <w:b/>
          <w:color w:val="C98B2B"/>
          <w:sz w:val="26"/>
        </w:rPr>
        <w:t>Days 15-21</w:t>
      </w:r>
    </w:p>
    <w:p>
      <w:pPr>
        <w:spacing w:after="0"/>
        <w:jc w:val="center"/>
      </w:pPr>
      <w:r>
        <w:rPr>
          <w:rFonts w:ascii="DejaVu Sans" w:hAnsi="DejaVu Sans"/>
          <w:b w:val="0"/>
          <w:sz w:val="18"/>
        </w:rPr>
        <w:t>Watch the matching Daily SPARKLE™ Sprinkle, then use the page that follows.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2E9FA7"/>
          <w:sz w:val="16"/>
        </w:rPr>
        <w:t>myMentalHealthMastery.com/daily-sparkle-sprinkles/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15: Beauty Without Pressure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3: Beauty Without Pressure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Beauty can be gentle.</w:t>
            </w:r>
            <w:r>
              <w:rPr>
                <w:b/>
              </w:rPr>
              <w:br/>
              <w:t xml:space="preserve">Try This: </w:t>
            </w:r>
            <w:r>
              <w:t>Choose one small beauty cue today with no pressure attached.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helped me feel tended to without feeling pressured?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16: One Small Detail Is Enough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3: Beauty Without Pressure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One small detail can remind you that you matter to yourself.</w:t>
            </w:r>
            <w:r>
              <w:rPr>
                <w:b/>
              </w:rPr>
              <w:br/>
              <w:t xml:space="preserve">Try This: </w:t>
            </w:r>
            <w:r>
              <w:t>Choose one small detail today - earrings, gloss, scent, softness, color, or polish.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small detail helped me feel a little more connected to myself?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17: Softness Counts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3: Beauty Without Pressure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Softness is a spark.</w:t>
            </w:r>
            <w:r>
              <w:rPr>
                <w:b/>
              </w:rPr>
              <w:br/>
              <w:t xml:space="preserve">Try This: </w:t>
            </w:r>
            <w:r>
              <w:t>Add one soft thing to your day - fabric, tone, music, lotion, light, or a slower moment.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Where did I let softness count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18: Kindness, Not Criticism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3: Beauty Without Pressure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Your body does not need more criticism to come alive.</w:t>
            </w:r>
            <w:r>
              <w:rPr>
                <w:b/>
              </w:rPr>
              <w:br/>
              <w:t xml:space="preserve">Try This: </w:t>
            </w:r>
            <w:r>
              <w:t>Replace one critical thought with one kind observation.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kind observation could I offer myself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19: Pretty Can Be Private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3: Beauty Without Pressure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Pretty does not have to be for display.</w:t>
            </w:r>
            <w:r>
              <w:rPr>
                <w:b/>
              </w:rPr>
              <w:br/>
              <w:t xml:space="preserve">Try This: </w:t>
            </w:r>
            <w:r>
              <w:t>Choose one small pretty thing today just because you like it.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did I choose simply because it felt beautiful to me?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20: Beauty Can Bring You Present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3: Beauty Without Pressure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Beauty can give your senses somewhere gentle to land.</w:t>
            </w:r>
            <w:r>
              <w:rPr>
                <w:b/>
              </w:rPr>
              <w:br/>
              <w:t xml:space="preserve">Try This: </w:t>
            </w:r>
            <w:r>
              <w:t>Notice one beautiful thing slowly today.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beautiful detail helped me feel present?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21: Sparkle Without Performing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3: Beauty Without Pressure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You do not have to perform your sparkle.</w:t>
            </w:r>
            <w:r>
              <w:rPr>
                <w:b/>
              </w:rPr>
              <w:br/>
              <w:t xml:space="preserve">Try This: </w:t>
            </w:r>
            <w:r>
              <w:t>Choose one spark today that is only for you.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did I choose for myself without needing anyone else to notice?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4"/>
        </w:rPr>
        <w:t>Week 3: Beauty Without Pressure Reflection</w:t>
      </w:r>
    </w:p>
    <w:p>
      <w:pPr>
        <w:spacing w:after="0"/>
        <w:jc w:val="center"/>
      </w:pPr>
      <w:r>
        <w:rPr>
          <w:rFonts w:ascii="DejaVu Sans" w:hAnsi="DejaVu Sans"/>
          <w:b w:val="0"/>
          <w:sz w:val="20"/>
        </w:rPr>
        <w:t>Look back gently. Notice what lit up.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This week, I felt a little more alive when...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The small spark I almost missed was...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The body feeling I noticed most was...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One sparkle moment I want to keep is...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Next week,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My weekly Sparkle Sentence: This week I remembered...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2E9FA7"/>
          <w:sz w:val="15"/>
        </w:rPr>
        <w:t>✨ Keep your spark going: myMentalHealthMastery.com/daily-sparkle-sprinkles/ | myMentalHealthMastery.com/light-room/</w:t>
      </w:r>
    </w:p>
    <w:p>
      <w:r>
        <w:br w:type="page"/>
      </w:r>
    </w:p>
    <w:p>
      <w:pPr>
        <w:spacing w:after="200"/>
        <w:jc w:val="center"/>
      </w:pPr>
      <w:r>
        <w:rPr>
          <w:rFonts w:ascii="DejaVu Sans" w:hAnsi="DejaVu Sans"/>
          <w:b/>
          <w:color w:val="D93A8A"/>
          <w:sz w:val="40"/>
        </w:rPr>
        <w:t>Week 4: Softness, Play, and Aliveness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2"/>
        </w:rPr>
        <w:t>Let softness count. Let play be small. Let aliveness return honestly.</w:t>
      </w:r>
    </w:p>
    <w:p>
      <w:pPr>
        <w:spacing w:after="0"/>
        <w:jc w:val="center"/>
      </w:pPr>
      <w:r>
        <w:rPr>
          <w:rFonts w:ascii="DejaVu Sans" w:hAnsi="DejaVu Sans"/>
          <w:b/>
          <w:color w:val="C98B2B"/>
          <w:sz w:val="26"/>
        </w:rPr>
        <w:t>Days 22-28</w:t>
      </w:r>
    </w:p>
    <w:p>
      <w:pPr>
        <w:spacing w:after="0"/>
        <w:jc w:val="center"/>
      </w:pPr>
      <w:r>
        <w:rPr>
          <w:rFonts w:ascii="DejaVu Sans" w:hAnsi="DejaVu Sans"/>
          <w:b w:val="0"/>
          <w:sz w:val="18"/>
        </w:rPr>
        <w:t>Watch the matching Daily SPARKLE™ Sprinkle, then use the page that follows.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2E9FA7"/>
          <w:sz w:val="16"/>
        </w:rPr>
        <w:t>myMentalHealthMastery.com/daily-sparkle-sprinkles/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22: Softness Is a Spark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4: Softness, Play, and Aliveness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Softness can be a sign of return.</w:t>
            </w:r>
            <w:r>
              <w:rPr>
                <w:b/>
              </w:rPr>
              <w:br/>
              <w:t xml:space="preserve">Try This: </w:t>
            </w:r>
            <w:r>
              <w:t>Choose one softening cue today - music, fabric, warmth, gentler words, or a slower pace.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helped me feel even a little more unbraced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23: Play Can Be Small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4: Softness, Play, and Aliveness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Play does not have to be big to count.</w:t>
            </w:r>
            <w:r>
              <w:rPr>
                <w:b/>
              </w:rPr>
              <w:br/>
              <w:t xml:space="preserve">Try This: </w:t>
            </w:r>
            <w:r>
              <w:t>Do one small playful thing today - hum, doodle, dance for ten seconds, wear a fun color, or make something ordinary lighter.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Where did I let a little playfulness in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24: Your Playful Self Did Not Disappear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4: Softness, Play, and Aliveness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Your playful self may be quiet, but she is not gone.</w:t>
            </w:r>
            <w:r>
              <w:rPr>
                <w:b/>
              </w:rPr>
              <w:br/>
              <w:t xml:space="preserve">Try This: </w:t>
            </w:r>
            <w:r>
              <w:t>Notice one thing that used to make you feel playful, curious, expressive, or alive.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reminded me of my playful self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25: Let Your Body Feel a Little Ease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4: Softness, Play, and Aliveness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A little ease still matters.</w:t>
            </w:r>
            <w:r>
              <w:rPr>
                <w:b/>
              </w:rPr>
              <w:br/>
              <w:t xml:space="preserve">Try This: </w:t>
            </w:r>
            <w:r>
              <w:t>Give your body one small ease cue today - warmth, water, rocking, music, a softer seat, or less rushing.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helped my body feel even a little more at ease?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26: Aliveness Can Be Honest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4: Softness, Play, and Aliveness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Aliveness does not have to be bubbly.</w:t>
            </w:r>
            <w:r>
              <w:rPr>
                <w:b/>
              </w:rPr>
              <w:br/>
              <w:t xml:space="preserve">Try This: </w:t>
            </w:r>
            <w:r>
              <w:t>Name one honest spark of aliveness today - something you want, miss, like, notice, or care about.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honest spark of aliveness showed up in me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27: Let Delight Be Small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4: Softness, Play, and Aliveness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A tiny delight can still brighten the moment.</w:t>
            </w:r>
            <w:r>
              <w:rPr>
                <w:b/>
              </w:rPr>
              <w:br/>
              <w:t xml:space="preserve">Try This: </w:t>
            </w:r>
            <w:r>
              <w:t>Let one tiny delight count today.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tiny delight did I let matter today?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28: Slow Return Is Still Return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4: Softness, Play, and Aliveness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Slow return is still return.</w:t>
            </w:r>
            <w:r>
              <w:rPr>
                <w:b/>
              </w:rPr>
              <w:br/>
              <w:t xml:space="preserve">Try This: </w:t>
            </w:r>
            <w:r>
              <w:t>Notice one way you have returned to yourself, even slightly.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Where can I see evidence that I am returning to myself?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4"/>
        </w:rPr>
        <w:t>Week 4: Softness, Play, and Aliveness Reflection</w:t>
      </w:r>
    </w:p>
    <w:p>
      <w:pPr>
        <w:spacing w:after="0"/>
        <w:jc w:val="center"/>
      </w:pPr>
      <w:r>
        <w:rPr>
          <w:rFonts w:ascii="DejaVu Sans" w:hAnsi="DejaVu Sans"/>
          <w:b w:val="0"/>
          <w:sz w:val="20"/>
        </w:rPr>
        <w:t>Look back gently. Notice what lit up.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This week, I felt a little more alive when...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The small spark I almost missed was...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The body feeling I noticed most was...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One sparkle moment I want to keep is...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Next week,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My weekly Sparkle Sentence: This week I remembered...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2E9FA7"/>
          <w:sz w:val="15"/>
        </w:rPr>
        <w:t>✨ Keep your spark going: myMentalHealthMastery.com/daily-sparkle-sprinkles/ | myMentalHealthMastery.com/light-room/</w:t>
      </w:r>
    </w:p>
    <w:p>
      <w:r>
        <w:br w:type="page"/>
      </w:r>
    </w:p>
    <w:p>
      <w:pPr>
        <w:spacing w:after="200"/>
        <w:jc w:val="center"/>
      </w:pPr>
      <w:r>
        <w:rPr>
          <w:rFonts w:ascii="DejaVu Sans" w:hAnsi="DejaVu Sans"/>
          <w:b/>
          <w:color w:val="D93A8A"/>
          <w:sz w:val="40"/>
        </w:rPr>
        <w:t>Week 5: Carrying Your Spark Forward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2"/>
        </w:rPr>
        <w:t>Choose one spark to keep and carry it into ordinary days.</w:t>
      </w:r>
    </w:p>
    <w:p>
      <w:pPr>
        <w:spacing w:after="0"/>
        <w:jc w:val="center"/>
      </w:pPr>
      <w:r>
        <w:rPr>
          <w:rFonts w:ascii="DejaVu Sans" w:hAnsi="DejaVu Sans"/>
          <w:b/>
          <w:color w:val="C98B2B"/>
          <w:sz w:val="26"/>
        </w:rPr>
        <w:t>Days 29-31</w:t>
      </w:r>
    </w:p>
    <w:p>
      <w:pPr>
        <w:spacing w:after="0"/>
        <w:jc w:val="center"/>
      </w:pPr>
      <w:r>
        <w:rPr>
          <w:rFonts w:ascii="DejaVu Sans" w:hAnsi="DejaVu Sans"/>
          <w:b w:val="0"/>
          <w:sz w:val="18"/>
        </w:rPr>
        <w:t>Watch the matching Daily SPARKLE™ Sprinkle, then use the page that follows.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2E9FA7"/>
          <w:sz w:val="16"/>
        </w:rPr>
        <w:t>myMentalHealthMastery.com/daily-sparkle-sprinkles/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29: Choose One Spark to Keep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5: Carrying Your Spark Forward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You do not have to keep everything.</w:t>
            </w:r>
            <w:r>
              <w:rPr>
                <w:b/>
              </w:rPr>
              <w:br/>
              <w:t xml:space="preserve">Try This: </w:t>
            </w:r>
            <w:r>
              <w:t>Choose one spark from this journey that you want to keep practicing.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What spark do I want to carry with me?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30: Sparkle Can Live in Ordinary Days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5: Carrying Your Spark Forward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SPARKLE™ can live in ordinary moments.</w:t>
            </w:r>
            <w:r>
              <w:rPr>
                <w:b/>
              </w:rPr>
              <w:br/>
              <w:t xml:space="preserve">Try This: </w:t>
            </w:r>
            <w:r>
              <w:t>Add one small spark to an ordinary part of your day.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Where did SPARKLE™ show up in something ordinary?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2"/>
        </w:rPr>
        <w:t>Day 31: Keep Coming Back to Yourself</w:t>
      </w:r>
    </w:p>
    <w:p>
      <w:pPr>
        <w:spacing w:after="0"/>
        <w:jc w:val="center"/>
      </w:pPr>
      <w:r>
        <w:rPr>
          <w:rFonts w:ascii="DejaVu Sans" w:hAnsi="DejaVu Sans"/>
          <w:b w:val="0"/>
          <w:color w:val="7B42C3"/>
          <w:sz w:val="20"/>
        </w:rPr>
        <w:t>Week 5: Carrying Your Spark Forward</w:t>
      </w:r>
    </w:p>
    <w:p>
      <w:pPr>
        <w:spacing w:after="0"/>
        <w:jc w:val="right"/>
      </w:pPr>
      <w:r>
        <w:rPr>
          <w:rFonts w:ascii="DejaVu Sans" w:hAnsi="DejaVu Sans"/>
          <w:b w:val="0"/>
          <w:sz w:val="18"/>
        </w:rPr>
        <w:t>Date: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2CC"/>
          </w:tcPr>
          <w:p>
            <w:r>
              <w:rPr>
                <w:b/>
              </w:rPr>
              <w:t xml:space="preserve">Today’s Spark: </w:t>
            </w:r>
            <w:r>
              <w:t>Getting your sparkle back is not a finish line.</w:t>
            </w:r>
            <w:r>
              <w:rPr>
                <w:b/>
              </w:rPr>
              <w:br/>
              <w:t xml:space="preserve">Try This: </w:t>
            </w:r>
            <w:r>
              <w:t>Choose one small spark to carry into the week ahead.</w:t>
            </w:r>
          </w:p>
        </w:tc>
      </w:tr>
    </w:tbl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Today’s Sparkle Moment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How do I want to keep coming back to the light that is already mine?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Felt in My Body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Lightness   Warmth   Energy   Softness   Curiosity   Confidence   Calm   Joy   Play   Other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Why It Mattered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This small moment mattered because...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What I Almost Missed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Was there a good moment I could have overlooked?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One Tiny Spark to Carry Forward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Tomorrow, I want to notice or create...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20"/>
        </w:rPr>
        <w:t>My Sparkle Sentence</w:t>
      </w:r>
    </w:p>
    <w:p>
      <w:pPr>
        <w:spacing w:after="0"/>
      </w:pPr>
      <w:r>
        <w:rPr>
          <w:rFonts w:ascii="DejaVu Sans" w:hAnsi="DejaVu Sans"/>
          <w:b w:val="0"/>
          <w:sz w:val="16"/>
        </w:rPr>
        <w:t>Today I remembered... Need a start? I am still here. My light can return slowly. One small spark is enough.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36"/>
        </w:rPr>
        <w:t>Final 31-Day Sparkle Reflection</w:t>
      </w:r>
    </w:p>
    <w:p>
      <w:pPr>
        <w:spacing w:after="0"/>
        <w:jc w:val="center"/>
      </w:pPr>
      <w:r>
        <w:rPr>
          <w:rFonts w:ascii="DejaVu Sans" w:hAnsi="DejaVu Sans"/>
          <w:b w:val="0"/>
          <w:sz w:val="20"/>
        </w:rPr>
        <w:t>Look back gently. Notice what lit up.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Across these 31 days, I felt most alive when...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The spark that surprised me most was...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The body feeling I noticed most was...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The practice I want to keep is...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The part of myself I recognize more clearly now is...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/>
          <w:color w:val="7B42C3"/>
          <w:sz w:val="19"/>
        </w:rPr>
        <w:t>My final Sparkle Sentence: Today I remember...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</w:pPr>
      <w:r>
        <w:rPr>
          <w:rFonts w:ascii="DejaVu Sans" w:hAnsi="DejaVu Sans"/>
          <w:b w:val="0"/>
          <w:color w:val="D9CCE6"/>
          <w:sz w:val="16"/>
        </w:rPr>
        <w:t>________________________________________________________________________________</w:t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22"/>
        </w:rPr>
        <w:t>✨ “My sparkle is sovereign. My aliveness is mine.” ✨</w:t>
      </w:r>
    </w:p>
    <w:p>
      <w:r>
        <w:br w:type="page"/>
      </w:r>
    </w:p>
    <w:p>
      <w:pPr>
        <w:spacing w:after="0"/>
        <w:jc w:val="center"/>
      </w:pPr>
      <w:r>
        <w:rPr>
          <w:rFonts w:ascii="DejaVu Sans" w:hAnsi="DejaVu Sans"/>
          <w:b/>
          <w:color w:val="D93A8A"/>
          <w:sz w:val="40"/>
        </w:rPr>
        <w:t>Stay in the SPARKLE™ Universe</w:t>
      </w:r>
    </w:p>
    <w:p>
      <w:pPr>
        <w:spacing w:after="0"/>
      </w:pPr>
      <w:r>
        <w:rPr>
          <w:rFonts w:ascii="DejaVu Sans" w:hAnsi="DejaVu Sans"/>
          <w:b/>
          <w:color w:val="7B42C3"/>
          <w:sz w:val="26"/>
        </w:rPr>
        <w:t>Daily SPARKLE™ Sprinkles</w:t>
      </w:r>
    </w:p>
    <w:p>
      <w:pPr>
        <w:spacing w:after="0"/>
      </w:pPr>
      <w:r>
        <w:rPr>
          <w:rFonts w:ascii="DejaVu Sans" w:hAnsi="DejaVu Sans"/>
          <w:b w:val="0"/>
          <w:sz w:val="18"/>
        </w:rPr>
        <w:t>31 evergreen videos with one gentle truth, one tiny practice, and one daily way to reconnect with yourself.</w:t>
      </w:r>
    </w:p>
    <w:p>
      <w:pPr>
        <w:spacing w:after="0"/>
      </w:pPr>
      <w:r>
        <w:rPr>
          <w:rFonts w:ascii="DejaVu Sans" w:hAnsi="DejaVu Sans"/>
          <w:b w:val="0"/>
          <w:color w:val="2E9FA7"/>
          <w:sz w:val="18"/>
        </w:rPr>
        <w:t>myMentalHealthMastery.com/daily-sparkle-sprinkles/</w:t>
      </w:r>
    </w:p>
    <w:p>
      <w:pPr>
        <w:spacing w:after="0"/>
      </w:pPr>
      <w:r>
        <w:rPr>
          <w:rFonts w:ascii="DejaVu Sans" w:hAnsi="DejaVu Sans"/>
          <w:b/>
          <w:color w:val="7B42C3"/>
          <w:sz w:val="26"/>
        </w:rPr>
        <w:t>The SPARKLE™ Light Room</w:t>
      </w:r>
    </w:p>
    <w:p>
      <w:pPr>
        <w:spacing w:after="0"/>
      </w:pPr>
      <w:r>
        <w:rPr>
          <w:rFonts w:ascii="DejaVu Sans" w:hAnsi="DejaVu Sans"/>
          <w:b w:val="0"/>
          <w:sz w:val="18"/>
        </w:rPr>
        <w:t>Journals, cards, videos, practices, and tools to help you get your light back.</w:t>
      </w:r>
    </w:p>
    <w:p>
      <w:pPr>
        <w:spacing w:after="0"/>
      </w:pPr>
      <w:r>
        <w:rPr>
          <w:rFonts w:ascii="DejaVu Sans" w:hAnsi="DejaVu Sans"/>
          <w:b w:val="0"/>
          <w:color w:val="2E9FA7"/>
          <w:sz w:val="18"/>
        </w:rPr>
        <w:t>myMentalHealthMastery.com/light-room/</w:t>
      </w:r>
    </w:p>
    <w:p>
      <w:pPr>
        <w:spacing w:after="0"/>
      </w:pPr>
      <w:r>
        <w:rPr>
          <w:rFonts w:ascii="DejaVu Sans" w:hAnsi="DejaVu Sans"/>
          <w:b/>
          <w:color w:val="7B42C3"/>
          <w:sz w:val="26"/>
        </w:rPr>
        <w:t>SPARKLE™ Articles and Shorts</w:t>
      </w:r>
    </w:p>
    <w:p>
      <w:pPr>
        <w:spacing w:after="0"/>
      </w:pPr>
      <w:r>
        <w:rPr>
          <w:rFonts w:ascii="DejaVu Sans" w:hAnsi="DejaVu Sans"/>
          <w:b w:val="0"/>
          <w:sz w:val="18"/>
        </w:rPr>
        <w:t>Explore vitality, beauty, joy, softness, play, and self-return.</w:t>
      </w:r>
    </w:p>
    <w:p>
      <w:pPr>
        <w:spacing w:after="0"/>
      </w:pPr>
      <w:r>
        <w:rPr>
          <w:rFonts w:ascii="DejaVu Sans" w:hAnsi="DejaVu Sans"/>
          <w:b w:val="0"/>
          <w:color w:val="2E9FA7"/>
          <w:sz w:val="18"/>
        </w:rPr>
        <w:t>myMentalHealthMastery.com/SPARKLE</w:t>
      </w:r>
    </w:p>
    <w:sectPr w:rsidR="00FC693F" w:rsidRPr="0006063C" w:rsidSect="00034616">
      <w:footerReference w:type="default" r:id="rId10"/>
      <w:pgSz w:w="12240" w:h="15840"/>
      <w:pgMar w:top="504" w:right="648" w:bottom="504" w:left="64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sz w:val="14"/>
      </w:rPr>
      <w:t>© 2026 myMentalHealthMastery | For personal use only | myMentalHealthMastery.com/SPARKLE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